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70"/>
        <w:gridCol w:w="10602"/>
      </w:tblGrid>
      <w:tr w:rsidR="003252FD" w:rsidRPr="0034103A" w14:paraId="25BD13DA" w14:textId="77777777" w:rsidTr="000D4978"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EEE12" w14:textId="77777777" w:rsidR="003252FD" w:rsidRPr="0034103A" w:rsidRDefault="003252FD"/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FCBAE" w14:textId="77777777" w:rsidR="003252FD" w:rsidRPr="0034103A" w:rsidRDefault="006E2961" w:rsidP="001C279F">
            <w:pPr>
              <w:pStyle w:val="Heading1"/>
            </w:pPr>
            <w:r w:rsidRPr="0034103A">
              <w:t>Event Details</w:t>
            </w:r>
          </w:p>
          <w:p w14:paraId="7005B351" w14:textId="77777777" w:rsidR="00DA22F0" w:rsidRPr="0034103A" w:rsidRDefault="00DA22F0" w:rsidP="00DA22F0">
            <w:pPr>
              <w:spacing w:after="160"/>
            </w:pPr>
          </w:p>
        </w:tc>
      </w:tr>
    </w:tbl>
    <w:p w14:paraId="61AF5B8C" w14:textId="77777777" w:rsidR="003252FD" w:rsidRPr="0034103A" w:rsidRDefault="006E2961" w:rsidP="008D0752">
      <w:pPr>
        <w:pStyle w:val="Heading2"/>
        <w:pBdr>
          <w:bottom w:val="single" w:sz="4" w:space="1" w:color="D9D9D9" w:themeColor="background1" w:themeShade="D9"/>
        </w:pBdr>
      </w:pPr>
      <w:r w:rsidRPr="0034103A">
        <w:t>East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70"/>
        <w:gridCol w:w="10602"/>
      </w:tblGrid>
      <w:tr w:rsidR="003252FD" w:rsidRPr="0034103A" w14:paraId="206A0BDE" w14:textId="77777777" w:rsidTr="000D4978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80365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704FF" w14:textId="77777777" w:rsidR="003252FD" w:rsidRPr="0034103A" w:rsidRDefault="006E2961" w:rsidP="00DF6FF6">
            <w:pPr>
              <w:spacing w:before="240" w:after="100"/>
            </w:pPr>
            <w:r w:rsidRPr="0034103A">
              <w:rPr>
                <w:color w:val="0D4963"/>
                <w:sz w:val="28"/>
              </w:rPr>
              <w:t>Blount Partnership (Blount County)</w:t>
            </w:r>
          </w:p>
          <w:p w14:paraId="6CD7732A" w14:textId="45324649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201 S Washington Street, Maryville, TN 37804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9,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9:30 AM Eastern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Cori Depew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6" w:history="1">
              <w:r w:rsidR="00AB71D2" w:rsidRPr="0034103A">
                <w:rPr>
                  <w:rStyle w:val="Hyperlink"/>
                  <w:bCs/>
                </w:rPr>
                <w:t>C</w:t>
              </w:r>
              <w:r w:rsidR="00AB71D2" w:rsidRPr="0034103A">
                <w:rPr>
                  <w:rStyle w:val="Hyperlink"/>
                </w:rPr>
                <w:t>ori.Depew@tn.gov</w:t>
              </w:r>
            </w:hyperlink>
            <w:r w:rsidR="00AB71D2" w:rsidRPr="0034103A">
              <w:t xml:space="preserve"> </w:t>
            </w:r>
          </w:p>
        </w:tc>
      </w:tr>
      <w:tr w:rsidR="003252FD" w:rsidRPr="0034103A" w14:paraId="1A1D22C4" w14:textId="77777777" w:rsidTr="000D4978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615FF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6A304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Appalachian Ministries of the Smokies (Jefferson County)</w:t>
            </w:r>
          </w:p>
          <w:p w14:paraId="61F89FF3" w14:textId="4B34A934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511 Municipal Dr., Jefferson City, TN 37760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30,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8:00 AM Eastern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Jeanne Beffrey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7" w:history="1">
              <w:r w:rsidR="00EF7E80" w:rsidRPr="0034103A">
                <w:rPr>
                  <w:rStyle w:val="Hyperlink"/>
                </w:rPr>
                <w:t>Jeanne.Beffrey@tn.gov</w:t>
              </w:r>
            </w:hyperlink>
            <w:r w:rsidR="00EF7E80" w:rsidRPr="0034103A">
              <w:t xml:space="preserve"> </w:t>
            </w:r>
          </w:p>
        </w:tc>
      </w:tr>
      <w:tr w:rsidR="003252FD" w:rsidRPr="0034103A" w14:paraId="70805F17" w14:textId="77777777" w:rsidTr="000D4978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B8BD9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0EB16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Jefferson County Health Department (Jefferson County)</w:t>
            </w:r>
          </w:p>
          <w:p w14:paraId="0D076A29" w14:textId="1B742945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931 Industrial Park Road, Dandridge, TN 37725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10,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3:00 AM Eastern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Jeanne Beffrey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8" w:history="1">
              <w:r w:rsidR="00EF7E80" w:rsidRPr="0034103A">
                <w:rPr>
                  <w:rStyle w:val="Hyperlink"/>
                </w:rPr>
                <w:t>Jeanne.Beffrey@tn.gov</w:t>
              </w:r>
            </w:hyperlink>
            <w:r w:rsidR="00EF7E80" w:rsidRPr="0034103A">
              <w:t xml:space="preserve"> </w:t>
            </w:r>
          </w:p>
        </w:tc>
      </w:tr>
      <w:tr w:rsidR="003252FD" w:rsidRPr="0034103A" w14:paraId="10B5B966" w14:textId="77777777" w:rsidTr="000D4978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CD80A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8B3A6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 xml:space="preserve">Roane </w:t>
            </w:r>
            <w:r w:rsidR="00253391" w:rsidRPr="0034103A">
              <w:rPr>
                <w:color w:val="0D4963"/>
                <w:sz w:val="28"/>
              </w:rPr>
              <w:t>County Health Department</w:t>
            </w:r>
            <w:r w:rsidRPr="0034103A">
              <w:rPr>
                <w:color w:val="0D4963"/>
                <w:sz w:val="28"/>
              </w:rPr>
              <w:t xml:space="preserve"> (Roane County)</w:t>
            </w:r>
          </w:p>
          <w:p w14:paraId="0F60D41B" w14:textId="0B24C303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 xml:space="preserve">1362 </w:t>
            </w:r>
            <w:r w:rsidR="00253391" w:rsidRPr="0034103A">
              <w:t>N Gateway Ave</w:t>
            </w:r>
            <w:r w:rsidRPr="0034103A">
              <w:t>, Rockwood, TN 37854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1,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1:48 PM Eastern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 xml:space="preserve">Matilyn </w:t>
            </w:r>
            <w:r w:rsidR="00253391" w:rsidRPr="0034103A">
              <w:t>Lands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9" w:history="1">
              <w:r w:rsidR="00EF7E80" w:rsidRPr="0034103A">
                <w:rPr>
                  <w:rStyle w:val="Hyperlink"/>
                  <w:bCs/>
                </w:rPr>
                <w:t>M</w:t>
              </w:r>
              <w:r w:rsidR="00EF7E80" w:rsidRPr="0034103A">
                <w:rPr>
                  <w:rStyle w:val="Hyperlink"/>
                </w:rPr>
                <w:t>atilyn.Lands2@tn.gov</w:t>
              </w:r>
            </w:hyperlink>
            <w:r w:rsidR="00EF7E80" w:rsidRPr="0034103A">
              <w:t xml:space="preserve"> </w:t>
            </w:r>
          </w:p>
        </w:tc>
      </w:tr>
      <w:tr w:rsidR="003252FD" w:rsidRPr="0034103A" w14:paraId="60FC0F96" w14:textId="77777777" w:rsidTr="000D4978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62A44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02C9F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Roane County Sheriff Department (Roane County)</w:t>
            </w:r>
          </w:p>
          <w:p w14:paraId="581CB942" w14:textId="485761F7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230 N 3rd St, Kingston, TN 37763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1,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11:00 AM Eastern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Matilyn Lands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10" w:history="1">
              <w:r w:rsidR="00EF7E80" w:rsidRPr="0034103A">
                <w:rPr>
                  <w:rStyle w:val="Hyperlink"/>
                  <w:bCs/>
                </w:rPr>
                <w:t>M</w:t>
              </w:r>
              <w:r w:rsidR="00EF7E80" w:rsidRPr="0034103A">
                <w:rPr>
                  <w:rStyle w:val="Hyperlink"/>
                </w:rPr>
                <w:t>atilyn.Lands2@tn.gov</w:t>
              </w:r>
            </w:hyperlink>
            <w:r w:rsidR="00EF7E80" w:rsidRPr="0034103A">
              <w:t xml:space="preserve"> </w:t>
            </w:r>
          </w:p>
        </w:tc>
      </w:tr>
      <w:tr w:rsidR="003252FD" w:rsidRPr="0034103A" w14:paraId="789AB005" w14:textId="77777777" w:rsidTr="000D4978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EDBF0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855FD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United Way (Roane County)</w:t>
            </w:r>
          </w:p>
          <w:p w14:paraId="71878F8B" w14:textId="69960F82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431 Devonia St, Harriman, TN 37748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15,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12:00 PM Eastern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Matilyn Lands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11" w:history="1">
              <w:r w:rsidR="00EF7E80" w:rsidRPr="0034103A">
                <w:rPr>
                  <w:rStyle w:val="Hyperlink"/>
                  <w:bCs/>
                </w:rPr>
                <w:t>M</w:t>
              </w:r>
              <w:r w:rsidR="00EF7E80" w:rsidRPr="0034103A">
                <w:rPr>
                  <w:rStyle w:val="Hyperlink"/>
                </w:rPr>
                <w:t>atilyn.Lands2@tn.gov</w:t>
              </w:r>
            </w:hyperlink>
            <w:r w:rsidR="00EF7E80" w:rsidRPr="0034103A">
              <w:t xml:space="preserve"> </w:t>
            </w:r>
          </w:p>
        </w:tc>
      </w:tr>
      <w:tr w:rsidR="003252FD" w:rsidRPr="0034103A" w14:paraId="37F33E53" w14:textId="77777777" w:rsidTr="000D4978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F98A4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FA9EA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King Family Library (Sevier County)</w:t>
            </w:r>
          </w:p>
          <w:p w14:paraId="75D643C8" w14:textId="2713032C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408 High Street, Sevierville, TN 37862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28,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10:00 AM Eastern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Kendal Baxter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12" w:history="1">
              <w:r w:rsidR="00EF7E80" w:rsidRPr="0034103A">
                <w:rPr>
                  <w:rStyle w:val="Hyperlink"/>
                  <w:bCs/>
                </w:rPr>
                <w:t>K</w:t>
              </w:r>
              <w:r w:rsidR="00EF7E80" w:rsidRPr="0034103A">
                <w:rPr>
                  <w:rStyle w:val="Hyperlink"/>
                </w:rPr>
                <w:t>endal.Baxter@tn.gov</w:t>
              </w:r>
            </w:hyperlink>
            <w:r w:rsidR="00EF7E80" w:rsidRPr="0034103A">
              <w:t xml:space="preserve"> </w:t>
            </w:r>
          </w:p>
        </w:tc>
      </w:tr>
      <w:tr w:rsidR="003252FD" w:rsidRPr="0034103A" w14:paraId="30E1793E" w14:textId="77777777" w:rsidTr="000D4978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ADAEF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DC20F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Sevier County Health Dept (Sevier County)</w:t>
            </w:r>
          </w:p>
          <w:p w14:paraId="112AC558" w14:textId="4CDF4B82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719 Middle Creek Rd, Sevierville, TN 37862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22,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8:00 AM Eastern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Kendal Baxter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13" w:history="1">
              <w:r w:rsidR="00EF7E80" w:rsidRPr="0034103A">
                <w:rPr>
                  <w:rStyle w:val="Hyperlink"/>
                  <w:bCs/>
                </w:rPr>
                <w:t>K</w:t>
              </w:r>
              <w:r w:rsidR="00EF7E80" w:rsidRPr="0034103A">
                <w:rPr>
                  <w:rStyle w:val="Hyperlink"/>
                </w:rPr>
                <w:t>endal.Baxter@tn.gov</w:t>
              </w:r>
            </w:hyperlink>
            <w:r w:rsidR="00EF7E80" w:rsidRPr="0034103A">
              <w:t xml:space="preserve"> </w:t>
            </w:r>
          </w:p>
        </w:tc>
      </w:tr>
      <w:tr w:rsidR="003252FD" w:rsidRPr="0034103A" w14:paraId="60A5348E" w14:textId="77777777" w:rsidTr="000D4978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502CF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99D62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Union County Health Department (Union County)</w:t>
            </w:r>
          </w:p>
          <w:p w14:paraId="5DB41562" w14:textId="4B901FF0" w:rsidR="00DA22F0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4335 Maynardville Highway, Maynardville, TN 37807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22,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11:30 AM Eastern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Anna Marie Cooksey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14" w:history="1">
              <w:r w:rsidR="00FF5F53" w:rsidRPr="0034103A">
                <w:rPr>
                  <w:rStyle w:val="Hyperlink"/>
                  <w:bCs/>
                </w:rPr>
                <w:t>A</w:t>
              </w:r>
              <w:r w:rsidR="00FF5F53" w:rsidRPr="0034103A">
                <w:rPr>
                  <w:rStyle w:val="Hyperlink"/>
                </w:rPr>
                <w:t>nna.Cooksey@tn.gov</w:t>
              </w:r>
            </w:hyperlink>
            <w:r w:rsidR="00FF5F53" w:rsidRPr="0034103A">
              <w:t xml:space="preserve"> </w:t>
            </w:r>
          </w:p>
        </w:tc>
      </w:tr>
    </w:tbl>
    <w:p w14:paraId="3CDE1144" w14:textId="77777777" w:rsidR="003252FD" w:rsidRPr="0034103A" w:rsidRDefault="006E2961" w:rsidP="008D0752">
      <w:pPr>
        <w:pStyle w:val="Heading2"/>
        <w:pBdr>
          <w:bottom w:val="single" w:sz="4" w:space="1" w:color="D9D9D9" w:themeColor="background1" w:themeShade="D9"/>
        </w:pBdr>
      </w:pPr>
      <w:r w:rsidRPr="0034103A">
        <w:t>Metros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70"/>
        <w:gridCol w:w="10602"/>
      </w:tblGrid>
      <w:tr w:rsidR="003252FD" w:rsidRPr="0034103A" w14:paraId="592A83FC" w14:textId="77777777" w:rsidTr="000D4978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923D6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0A32E" w14:textId="77777777" w:rsidR="003252FD" w:rsidRPr="0034103A" w:rsidRDefault="006E2961" w:rsidP="00DF6FF6">
            <w:pPr>
              <w:spacing w:before="240" w:after="100"/>
            </w:pPr>
            <w:r w:rsidRPr="0034103A">
              <w:rPr>
                <w:color w:val="0D4963"/>
                <w:sz w:val="28"/>
              </w:rPr>
              <w:t>MATA Airways Transit Center (Shelby County)</w:t>
            </w:r>
          </w:p>
          <w:p w14:paraId="18B0FEC5" w14:textId="76699466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3033 Airways Blvd, Memphis, TN 38131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30,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8:30 AM Central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Haleigh Boykin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15" w:history="1">
              <w:r w:rsidR="00FF5F53" w:rsidRPr="0034103A">
                <w:rPr>
                  <w:rStyle w:val="Hyperlink"/>
                </w:rPr>
                <w:t>haleigh@restorecorps.org</w:t>
              </w:r>
            </w:hyperlink>
            <w:r w:rsidR="00FF5F53" w:rsidRPr="0034103A">
              <w:t xml:space="preserve"> </w:t>
            </w:r>
          </w:p>
        </w:tc>
      </w:tr>
      <w:tr w:rsidR="003252FD" w:rsidRPr="0034103A" w14:paraId="297AFA09" w14:textId="77777777" w:rsidTr="000D4978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65222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9B84C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Shelby County Health Department (Shelby County)</w:t>
            </w:r>
          </w:p>
          <w:p w14:paraId="5AFFFC32" w14:textId="310C67EF" w:rsidR="00DA22F0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814 Jefferson Ave, Memphis, TN 38105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31,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10:30 AM Central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Chaveka Brown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16" w:history="1">
              <w:r w:rsidR="00FF5F53" w:rsidRPr="0034103A">
                <w:rPr>
                  <w:rStyle w:val="Hyperlink"/>
                </w:rPr>
                <w:t>chaveka.brown@shebycountytn.gov</w:t>
              </w:r>
            </w:hyperlink>
            <w:r w:rsidR="00FF5F53" w:rsidRPr="0034103A">
              <w:t xml:space="preserve"> </w:t>
            </w:r>
          </w:p>
        </w:tc>
      </w:tr>
    </w:tbl>
    <w:p w14:paraId="6842EA83" w14:textId="77777777" w:rsidR="003252FD" w:rsidRPr="0034103A" w:rsidRDefault="006E2961" w:rsidP="008D0752">
      <w:pPr>
        <w:pStyle w:val="Heading2"/>
        <w:pBdr>
          <w:bottom w:val="single" w:sz="4" w:space="1" w:color="D9D9D9" w:themeColor="background1" w:themeShade="D9"/>
        </w:pBdr>
      </w:pPr>
      <w:r w:rsidRPr="0034103A">
        <w:t>Mid-Cumberland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70"/>
        <w:gridCol w:w="10602"/>
      </w:tblGrid>
      <w:tr w:rsidR="003252FD" w:rsidRPr="0034103A" w14:paraId="2FBA19F5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B934E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F10DF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Cheatham County Health Department (Cheatham County)</w:t>
            </w:r>
          </w:p>
          <w:p w14:paraId="50F70650" w14:textId="313DD640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 xml:space="preserve">162 John Mayfield Dr, Ashland </w:t>
            </w:r>
            <w:r w:rsidR="00253391" w:rsidRPr="0034103A">
              <w:t>City</w:t>
            </w:r>
            <w:r w:rsidRPr="0034103A">
              <w:t>, TN 37015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15,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12:51 PM Central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Pooja Chandelkar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17" w:history="1">
              <w:r w:rsidR="00FF5F53" w:rsidRPr="0034103A">
                <w:rPr>
                  <w:rStyle w:val="Hyperlink"/>
                  <w:bCs/>
                </w:rPr>
                <w:t>P</w:t>
              </w:r>
              <w:r w:rsidR="00FF5F53" w:rsidRPr="0034103A">
                <w:rPr>
                  <w:rStyle w:val="Hyperlink"/>
                </w:rPr>
                <w:t>ooja.Chandelkar@tn.gov</w:t>
              </w:r>
            </w:hyperlink>
            <w:r w:rsidR="00FF5F53" w:rsidRPr="0034103A">
              <w:t xml:space="preserve"> </w:t>
            </w:r>
          </w:p>
        </w:tc>
      </w:tr>
      <w:tr w:rsidR="003252FD" w:rsidRPr="0034103A" w14:paraId="6E17A6F9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29F41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42C85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Cheatham County Public Library (Cheatham County)</w:t>
            </w:r>
          </w:p>
          <w:p w14:paraId="15CCD518" w14:textId="0543859A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 xml:space="preserve">188 John Mayfield Dr, Ashland </w:t>
            </w:r>
            <w:r w:rsidR="00253391" w:rsidRPr="0034103A">
              <w:t>City</w:t>
            </w:r>
            <w:r w:rsidRPr="0034103A">
              <w:t>, TN 37015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August 3,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1:01 PM Central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Pooja Chandelkar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18" w:history="1">
              <w:r w:rsidR="00FF5F53" w:rsidRPr="0034103A">
                <w:rPr>
                  <w:rStyle w:val="Hyperlink"/>
                  <w:bCs/>
                </w:rPr>
                <w:t>P</w:t>
              </w:r>
              <w:r w:rsidR="00FF5F53" w:rsidRPr="0034103A">
                <w:rPr>
                  <w:rStyle w:val="Hyperlink"/>
                </w:rPr>
                <w:t>ooja.Chandelkar@tn.gov</w:t>
              </w:r>
            </w:hyperlink>
            <w:r w:rsidR="00FF5F53" w:rsidRPr="0034103A">
              <w:t xml:space="preserve"> </w:t>
            </w:r>
          </w:p>
        </w:tc>
      </w:tr>
      <w:tr w:rsidR="003252FD" w:rsidRPr="0034103A" w14:paraId="3FB868C8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D9393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31E48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Veterans Plaza Red Sand Project (Montgomery County)</w:t>
            </w:r>
          </w:p>
          <w:p w14:paraId="026D8C9F" w14:textId="3B81A05B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330 Pageant Lane, Clarksville, TN 37040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30,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8:00 AM Central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Renee Bruens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19" w:history="1">
              <w:r w:rsidR="00FF5F53" w:rsidRPr="0034103A">
                <w:rPr>
                  <w:rStyle w:val="Hyperlink"/>
                </w:rPr>
                <w:t>Renee.Bruens@tn.gov</w:t>
              </w:r>
            </w:hyperlink>
            <w:r w:rsidR="00FF5F53" w:rsidRPr="0034103A">
              <w:t xml:space="preserve"> </w:t>
            </w:r>
          </w:p>
        </w:tc>
      </w:tr>
      <w:tr w:rsidR="003252FD" w:rsidRPr="0034103A" w14:paraId="3CDA1C3D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8A344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C33AF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 xml:space="preserve">Robertson </w:t>
            </w:r>
            <w:r w:rsidR="00132F57" w:rsidRPr="0034103A">
              <w:rPr>
                <w:color w:val="0D4963"/>
                <w:sz w:val="28"/>
              </w:rPr>
              <w:t>County</w:t>
            </w:r>
            <w:r w:rsidRPr="0034103A">
              <w:rPr>
                <w:color w:val="0D4963"/>
                <w:sz w:val="28"/>
              </w:rPr>
              <w:t xml:space="preserve"> Health </w:t>
            </w:r>
            <w:r w:rsidR="00132F57" w:rsidRPr="0034103A">
              <w:rPr>
                <w:color w:val="0D4963"/>
                <w:sz w:val="28"/>
              </w:rPr>
              <w:t>Department</w:t>
            </w:r>
            <w:r w:rsidRPr="0034103A">
              <w:rPr>
                <w:color w:val="0D4963"/>
                <w:sz w:val="28"/>
              </w:rPr>
              <w:t xml:space="preserve"> (Robertson County)</w:t>
            </w:r>
          </w:p>
          <w:p w14:paraId="41177B18" w14:textId="1753E3EC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800 S Brown St, Springfield, TN 37172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June 24,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12:55 PM Central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Pooja Chandelkar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20" w:history="1">
              <w:r w:rsidR="00FF5F53" w:rsidRPr="0034103A">
                <w:rPr>
                  <w:rStyle w:val="Hyperlink"/>
                  <w:bCs/>
                </w:rPr>
                <w:t>P</w:t>
              </w:r>
              <w:r w:rsidR="00FF5F53" w:rsidRPr="0034103A">
                <w:rPr>
                  <w:rStyle w:val="Hyperlink"/>
                </w:rPr>
                <w:t>ooja.Chandelkar@tn.gov</w:t>
              </w:r>
            </w:hyperlink>
            <w:r w:rsidR="00FF5F53" w:rsidRPr="0034103A">
              <w:t xml:space="preserve"> </w:t>
            </w:r>
          </w:p>
        </w:tc>
      </w:tr>
      <w:tr w:rsidR="003252FD" w:rsidRPr="0034103A" w14:paraId="1CAE823F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A25CE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91AE9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Stokes Brown Public Library (Robertson County)</w:t>
            </w:r>
          </w:p>
          <w:p w14:paraId="635A5CFF" w14:textId="08507A47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405 White Street, Springfield, TN 37172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15,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12:53 PM Central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Pooja Chandelkar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21" w:history="1">
              <w:r w:rsidR="006A2651" w:rsidRPr="0034103A">
                <w:rPr>
                  <w:rStyle w:val="Hyperlink"/>
                  <w:bCs/>
                </w:rPr>
                <w:t>P</w:t>
              </w:r>
              <w:r w:rsidR="006A2651" w:rsidRPr="0034103A">
                <w:rPr>
                  <w:rStyle w:val="Hyperlink"/>
                </w:rPr>
                <w:t>ooja.Chandelkar@tn.gov</w:t>
              </w:r>
            </w:hyperlink>
            <w:r w:rsidR="006A2651" w:rsidRPr="0034103A">
              <w:t xml:space="preserve"> </w:t>
            </w:r>
          </w:p>
        </w:tc>
      </w:tr>
      <w:tr w:rsidR="003252FD" w:rsidRPr="0034103A" w14:paraId="79838B73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77C08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E343F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 xml:space="preserve">Vol State </w:t>
            </w:r>
            <w:r w:rsidR="00132F57" w:rsidRPr="0034103A">
              <w:rPr>
                <w:color w:val="0D4963"/>
                <w:sz w:val="28"/>
              </w:rPr>
              <w:t>Community</w:t>
            </w:r>
            <w:r w:rsidRPr="0034103A">
              <w:rPr>
                <w:color w:val="0D4963"/>
                <w:sz w:val="28"/>
              </w:rPr>
              <w:t xml:space="preserve"> College (Robertson County)</w:t>
            </w:r>
          </w:p>
          <w:p w14:paraId="055719C0" w14:textId="1E880CED" w:rsidR="00DA22F0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 xml:space="preserve">150 Laurette </w:t>
            </w:r>
            <w:r w:rsidR="00132F57" w:rsidRPr="0034103A">
              <w:t>Ave</w:t>
            </w:r>
            <w:r w:rsidRPr="0034103A">
              <w:t>, Springfield, TN 37015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8,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12:57 PM Central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Pooja Chandelkar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22" w:history="1">
              <w:r w:rsidR="006A2651" w:rsidRPr="0034103A">
                <w:rPr>
                  <w:rStyle w:val="Hyperlink"/>
                  <w:bCs/>
                </w:rPr>
                <w:t>P</w:t>
              </w:r>
              <w:r w:rsidR="006A2651" w:rsidRPr="0034103A">
                <w:rPr>
                  <w:rStyle w:val="Hyperlink"/>
                </w:rPr>
                <w:t>ooja.Chandelkar@tn.gov</w:t>
              </w:r>
            </w:hyperlink>
            <w:r w:rsidR="006A2651" w:rsidRPr="0034103A">
              <w:t xml:space="preserve"> </w:t>
            </w:r>
          </w:p>
        </w:tc>
      </w:tr>
    </w:tbl>
    <w:p w14:paraId="2D38BC89" w14:textId="77777777" w:rsidR="003252FD" w:rsidRPr="0034103A" w:rsidRDefault="006E2961" w:rsidP="008D0752">
      <w:pPr>
        <w:pStyle w:val="Heading2"/>
        <w:pBdr>
          <w:bottom w:val="single" w:sz="4" w:space="1" w:color="D9D9D9" w:themeColor="background1" w:themeShade="D9"/>
        </w:pBdr>
      </w:pPr>
      <w:r w:rsidRPr="0034103A">
        <w:t>Northeast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70"/>
        <w:gridCol w:w="10602"/>
      </w:tblGrid>
      <w:tr w:rsidR="003252FD" w:rsidRPr="0034103A" w14:paraId="4600FD6F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59B19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C0B4A" w14:textId="77777777" w:rsidR="003252FD" w:rsidRPr="0034103A" w:rsidRDefault="006E2961" w:rsidP="00DF6FF6">
            <w:pPr>
              <w:spacing w:before="240" w:after="100"/>
            </w:pPr>
            <w:r w:rsidRPr="0034103A">
              <w:rPr>
                <w:color w:val="0D4963"/>
                <w:sz w:val="28"/>
              </w:rPr>
              <w:t>Hancock County Courthouse (Hancock County)</w:t>
            </w:r>
          </w:p>
          <w:p w14:paraId="6A89DD70" w14:textId="2AA6ED25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1237 Main Street, Sneedville, TN 37869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30,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11:09 AM Eastern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Sonya Winkle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23" w:history="1">
              <w:r w:rsidR="006A2651" w:rsidRPr="0034103A">
                <w:rPr>
                  <w:rStyle w:val="Hyperlink"/>
                  <w:bCs/>
                </w:rPr>
                <w:t>S</w:t>
              </w:r>
              <w:r w:rsidR="006A2651" w:rsidRPr="0034103A">
                <w:rPr>
                  <w:rStyle w:val="Hyperlink"/>
                </w:rPr>
                <w:t>onya.A.Winkle@tn.gov</w:t>
              </w:r>
            </w:hyperlink>
            <w:r w:rsidR="006A2651" w:rsidRPr="0034103A">
              <w:t xml:space="preserve"> </w:t>
            </w:r>
          </w:p>
        </w:tc>
      </w:tr>
      <w:tr w:rsidR="003252FD" w:rsidRPr="0034103A" w14:paraId="3260FA1B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76CCF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600BD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Hancock County Health Department (Hancock County)</w:t>
            </w:r>
          </w:p>
          <w:p w14:paraId="74B72DB2" w14:textId="4E1A2014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222 Public Health Drive, Sneedville, TN 37857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30,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9:00 AM Eastern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Sonya Winkle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24" w:history="1">
              <w:r w:rsidR="006A2651" w:rsidRPr="0034103A">
                <w:rPr>
                  <w:rStyle w:val="Hyperlink"/>
                  <w:bCs/>
                </w:rPr>
                <w:t>S</w:t>
              </w:r>
              <w:r w:rsidR="006A2651" w:rsidRPr="0034103A">
                <w:rPr>
                  <w:rStyle w:val="Hyperlink"/>
                </w:rPr>
                <w:t>onya.A.Winkle@tn.gov</w:t>
              </w:r>
            </w:hyperlink>
            <w:r w:rsidR="006A2651" w:rsidRPr="0034103A">
              <w:t xml:space="preserve"> </w:t>
            </w:r>
          </w:p>
        </w:tc>
      </w:tr>
      <w:tr w:rsidR="003252FD" w:rsidRPr="0034103A" w14:paraId="3B9AF66A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79BC6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FDD17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Johnson County Health Department (Johnson County)</w:t>
            </w:r>
          </w:p>
          <w:p w14:paraId="33616CE2" w14:textId="274B89C1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715 West Main Street, Mountain City, TN 37683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27,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10:30 AM Eastern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Angie Stout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25" w:history="1">
              <w:r w:rsidR="006A2651" w:rsidRPr="0034103A">
                <w:rPr>
                  <w:rStyle w:val="Hyperlink"/>
                  <w:bCs/>
                </w:rPr>
                <w:t>A</w:t>
              </w:r>
              <w:r w:rsidR="006A2651" w:rsidRPr="0034103A">
                <w:rPr>
                  <w:rStyle w:val="Hyperlink"/>
                </w:rPr>
                <w:t>ngela.R.Stout@tn.gov</w:t>
              </w:r>
            </w:hyperlink>
            <w:r w:rsidR="006A2651" w:rsidRPr="0034103A">
              <w:t xml:space="preserve"> </w:t>
            </w:r>
          </w:p>
        </w:tc>
      </w:tr>
      <w:tr w:rsidR="003252FD" w:rsidRPr="0034103A" w14:paraId="0B5730B5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C11F4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9A87C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Fridays After 5 - King Commons Park (Washington County)</w:t>
            </w:r>
          </w:p>
          <w:p w14:paraId="57419DFF" w14:textId="32CA8CF9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 xml:space="preserve">112 N </w:t>
            </w:r>
            <w:r w:rsidR="00132F57" w:rsidRPr="0034103A">
              <w:t>Commerce</w:t>
            </w:r>
            <w:r w:rsidRPr="0034103A">
              <w:t xml:space="preserve"> Street, Johnson City, TN 37604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10,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6:30 PM Eastern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Anna Carpenter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26" w:history="1">
              <w:r w:rsidR="006A2651" w:rsidRPr="0034103A">
                <w:rPr>
                  <w:rStyle w:val="Hyperlink"/>
                  <w:bCs/>
                </w:rPr>
                <w:t>A</w:t>
              </w:r>
              <w:r w:rsidR="006A2651" w:rsidRPr="0034103A">
                <w:rPr>
                  <w:rStyle w:val="Hyperlink"/>
                </w:rPr>
                <w:t>nna.Carpenter@tn.gov</w:t>
              </w:r>
            </w:hyperlink>
            <w:r w:rsidR="006A2651" w:rsidRPr="0034103A">
              <w:t xml:space="preserve"> </w:t>
            </w:r>
          </w:p>
        </w:tc>
      </w:tr>
      <w:tr w:rsidR="003252FD" w:rsidRPr="0034103A" w14:paraId="50B4FDD6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446E7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0D9C4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Johnson City Public Library (Washington County)</w:t>
            </w:r>
          </w:p>
          <w:p w14:paraId="50BF29D7" w14:textId="30216A6C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100 W Millard Street, Johnson City, TN 37604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7,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10:30 AM Eastern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Anna Carpenter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27" w:history="1">
              <w:r w:rsidR="006A2651" w:rsidRPr="0034103A">
                <w:rPr>
                  <w:rStyle w:val="Hyperlink"/>
                  <w:bCs/>
                </w:rPr>
                <w:t>A</w:t>
              </w:r>
              <w:r w:rsidR="006A2651" w:rsidRPr="0034103A">
                <w:rPr>
                  <w:rStyle w:val="Hyperlink"/>
                </w:rPr>
                <w:t>nna.Carpenter@tn.gov</w:t>
              </w:r>
            </w:hyperlink>
            <w:r w:rsidR="006A2651" w:rsidRPr="0034103A">
              <w:t xml:space="preserve"> </w:t>
            </w:r>
          </w:p>
        </w:tc>
      </w:tr>
      <w:tr w:rsidR="003252FD" w:rsidRPr="0034103A" w14:paraId="3C7AAE37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AE7B0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728D2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Jonesborough Farmer's Market (Washington County)</w:t>
            </w:r>
          </w:p>
          <w:p w14:paraId="5B85F0FB" w14:textId="7E09E01F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101 Boone Street, Jonesborough, TN 37659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11,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8:00 AM Eastern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Anna Carpenter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28" w:history="1">
              <w:r w:rsidR="00CC7C3F" w:rsidRPr="0034103A">
                <w:rPr>
                  <w:rStyle w:val="Hyperlink"/>
                  <w:bCs/>
                </w:rPr>
                <w:t>A</w:t>
              </w:r>
              <w:r w:rsidR="00CC7C3F" w:rsidRPr="0034103A">
                <w:rPr>
                  <w:rStyle w:val="Hyperlink"/>
                </w:rPr>
                <w:t>nna.Carpenter@tn.gov</w:t>
              </w:r>
            </w:hyperlink>
            <w:r w:rsidR="00CC7C3F" w:rsidRPr="0034103A">
              <w:t xml:space="preserve"> </w:t>
            </w:r>
          </w:p>
        </w:tc>
      </w:tr>
    </w:tbl>
    <w:p w14:paraId="7552D416" w14:textId="77777777" w:rsidR="003252FD" w:rsidRPr="0034103A" w:rsidRDefault="006E2961" w:rsidP="008D0752">
      <w:pPr>
        <w:pStyle w:val="Heading2"/>
        <w:pBdr>
          <w:bottom w:val="single" w:sz="4" w:space="1" w:color="D9D9D9" w:themeColor="background1" w:themeShade="D9"/>
        </w:pBdr>
      </w:pPr>
      <w:r w:rsidRPr="0034103A">
        <w:t>South Central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70"/>
        <w:gridCol w:w="10602"/>
      </w:tblGrid>
      <w:tr w:rsidR="003252FD" w:rsidRPr="0034103A" w14:paraId="716846A8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F4230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AD805" w14:textId="77777777" w:rsidR="003252FD" w:rsidRPr="0034103A" w:rsidRDefault="006E2961" w:rsidP="00DF6FF6">
            <w:pPr>
              <w:spacing w:before="240" w:after="100"/>
            </w:pPr>
            <w:r w:rsidRPr="0034103A">
              <w:rPr>
                <w:color w:val="0D4963"/>
                <w:sz w:val="28"/>
              </w:rPr>
              <w:t>The Fly Arts Center (Bedford County)</w:t>
            </w:r>
          </w:p>
          <w:p w14:paraId="1FFE1494" w14:textId="2EC0A799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204 S. Main Street, Shelbyville, TN 37160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29,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9:00 AM Central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Jennifer Witham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29" w:history="1">
              <w:r w:rsidR="00CC7C3F" w:rsidRPr="0034103A">
                <w:rPr>
                  <w:rStyle w:val="Hyperlink"/>
                  <w:bCs/>
                </w:rPr>
                <w:t>J</w:t>
              </w:r>
              <w:r w:rsidR="00CC7C3F" w:rsidRPr="0034103A">
                <w:rPr>
                  <w:rStyle w:val="Hyperlink"/>
                </w:rPr>
                <w:t>ennifer.Witham@tn.gov</w:t>
              </w:r>
            </w:hyperlink>
            <w:r w:rsidR="00CC7C3F" w:rsidRPr="0034103A">
              <w:t xml:space="preserve"> </w:t>
            </w:r>
          </w:p>
        </w:tc>
      </w:tr>
      <w:tr w:rsidR="003252FD" w:rsidRPr="0034103A" w14:paraId="404DDEE3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B9384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70BCA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TN Welcome Center (Giles County)</w:t>
            </w:r>
          </w:p>
          <w:p w14:paraId="435C203F" w14:textId="595426ED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1-65 North Bound, Mile Marker 3, Ardmore, TN, TN 38449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27,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9:00 AM Central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Savannah Jenkins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30" w:history="1">
              <w:r w:rsidR="00CC7C3F" w:rsidRPr="0034103A">
                <w:rPr>
                  <w:rStyle w:val="Hyperlink"/>
                </w:rPr>
                <w:t>Savannah.Jenkins@tn.gov</w:t>
              </w:r>
            </w:hyperlink>
            <w:r w:rsidR="00CC7C3F" w:rsidRPr="0034103A">
              <w:t xml:space="preserve"> </w:t>
            </w:r>
          </w:p>
        </w:tc>
      </w:tr>
      <w:tr w:rsidR="003252FD" w:rsidRPr="0034103A" w14:paraId="065CDA40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C87AE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DD031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Lewis County Health Department (Lewis County)</w:t>
            </w:r>
          </w:p>
          <w:p w14:paraId="1D48A133" w14:textId="6DF49D4B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51 Smith Avenue, Hohenwald, TN 38462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9,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10:00 AM Central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Heather Hinson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31" w:history="1">
              <w:r w:rsidR="00CC7C3F" w:rsidRPr="0034103A">
                <w:rPr>
                  <w:rStyle w:val="Hyperlink"/>
                </w:rPr>
                <w:t>Heather.Hinson@tn.gov</w:t>
              </w:r>
            </w:hyperlink>
            <w:r w:rsidR="00CC7C3F" w:rsidRPr="0034103A">
              <w:t xml:space="preserve"> </w:t>
            </w:r>
          </w:p>
        </w:tc>
      </w:tr>
      <w:tr w:rsidR="003252FD" w:rsidRPr="0034103A" w14:paraId="346C7F7F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D8FFC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97C01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Lincoln County Health Department (Lincoln County)</w:t>
            </w:r>
          </w:p>
          <w:p w14:paraId="7F171ACF" w14:textId="1F1B9CBF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1000 Washington St. W. Suite A, Fayetteville, TN 37334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27,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8:15 AM Central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Nicole Clark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r w:rsidR="00CC7C3F" w:rsidRPr="0034103A">
              <w:rPr>
                <w:bCs/>
              </w:rPr>
              <w:t>N</w:t>
            </w:r>
            <w:r w:rsidRPr="0034103A">
              <w:t>icole.</w:t>
            </w:r>
            <w:r w:rsidR="00CC7C3F" w:rsidRPr="0034103A">
              <w:t>C</w:t>
            </w:r>
            <w:r w:rsidRPr="0034103A">
              <w:t>lark@tn.gov</w:t>
            </w:r>
          </w:p>
        </w:tc>
      </w:tr>
      <w:tr w:rsidR="003252FD" w:rsidRPr="0034103A" w14:paraId="287366D8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3EE33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5E3CF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Lewisburg Recreation Center (Marshall County)</w:t>
            </w:r>
          </w:p>
          <w:p w14:paraId="29F14867" w14:textId="0EA0845D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1551 Mooresville Hwy., Lewisburg, TN 37091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31,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9:30 AM Central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Jennifer Witham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32" w:history="1">
              <w:r w:rsidR="005B1D91" w:rsidRPr="0034103A">
                <w:rPr>
                  <w:rStyle w:val="Hyperlink"/>
                  <w:bCs/>
                </w:rPr>
                <w:t>J</w:t>
              </w:r>
              <w:r w:rsidR="005B1D91" w:rsidRPr="0034103A">
                <w:rPr>
                  <w:rStyle w:val="Hyperlink"/>
                </w:rPr>
                <w:t>ennifer.Witham@tn.gov</w:t>
              </w:r>
            </w:hyperlink>
            <w:r w:rsidR="005B1D91" w:rsidRPr="0034103A">
              <w:t xml:space="preserve"> </w:t>
            </w:r>
          </w:p>
        </w:tc>
      </w:tr>
    </w:tbl>
    <w:p w14:paraId="3D18B4E4" w14:textId="77777777" w:rsidR="003252FD" w:rsidRPr="0034103A" w:rsidRDefault="006E2961" w:rsidP="009B5436">
      <w:pPr>
        <w:pStyle w:val="Heading2"/>
        <w:pBdr>
          <w:bottom w:val="single" w:sz="4" w:space="1" w:color="D9D9D9" w:themeColor="background1" w:themeShade="D9"/>
        </w:pBdr>
      </w:pPr>
      <w:r w:rsidRPr="0034103A">
        <w:t>Southeast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70"/>
        <w:gridCol w:w="10602"/>
      </w:tblGrid>
      <w:tr w:rsidR="003252FD" w:rsidRPr="0034103A" w14:paraId="0CC2C272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075DA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62307" w14:textId="77777777" w:rsidR="003252FD" w:rsidRPr="0034103A" w:rsidRDefault="006E2961" w:rsidP="00DF6FF6">
            <w:pPr>
              <w:spacing w:before="240" w:after="100"/>
            </w:pPr>
            <w:r w:rsidRPr="0034103A">
              <w:rPr>
                <w:color w:val="0D4963"/>
                <w:sz w:val="28"/>
              </w:rPr>
              <w:t>Bradley County Courthouse (Bradley County)</w:t>
            </w:r>
          </w:p>
          <w:p w14:paraId="614AC70A" w14:textId="56775941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155 N Ocoee St., Cleveland, TN 37311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8,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9:00 AM Eastern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Noa Lawson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33" w:history="1">
              <w:r w:rsidR="005B1D91" w:rsidRPr="0034103A">
                <w:rPr>
                  <w:rStyle w:val="Hyperlink"/>
                  <w:bCs/>
                </w:rPr>
                <w:t>N</w:t>
              </w:r>
              <w:r w:rsidR="005B1D91" w:rsidRPr="0034103A">
                <w:rPr>
                  <w:rStyle w:val="Hyperlink"/>
                </w:rPr>
                <w:t>oa.C.Lawson@tn.gov</w:t>
              </w:r>
            </w:hyperlink>
            <w:r w:rsidR="005B1D91" w:rsidRPr="0034103A">
              <w:t xml:space="preserve"> </w:t>
            </w:r>
          </w:p>
        </w:tc>
      </w:tr>
      <w:tr w:rsidR="003252FD" w:rsidRPr="0034103A" w14:paraId="5A59C814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A53E7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17924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Franklin County Health Department (Franklin County)</w:t>
            </w:r>
          </w:p>
          <w:p w14:paraId="09714B13" w14:textId="742C39E2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266 Joyce Lane, Winchester, TN 37398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22,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11:00 AM Central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Beth Blevins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34" w:history="1">
              <w:r w:rsidR="005B1D91" w:rsidRPr="0034103A">
                <w:rPr>
                  <w:rStyle w:val="Hyperlink"/>
                  <w:bCs/>
                </w:rPr>
                <w:t>B</w:t>
              </w:r>
              <w:r w:rsidR="005B1D91" w:rsidRPr="0034103A">
                <w:rPr>
                  <w:rStyle w:val="Hyperlink"/>
                </w:rPr>
                <w:t>eth.Blevins@tn.gov</w:t>
              </w:r>
            </w:hyperlink>
            <w:r w:rsidR="005B1D91" w:rsidRPr="0034103A">
              <w:t xml:space="preserve"> </w:t>
            </w:r>
          </w:p>
        </w:tc>
      </w:tr>
      <w:tr w:rsidR="003252FD" w:rsidRPr="0034103A" w14:paraId="15725BA8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D9F9A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0A5D8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Marion County Courthouse (Marion County)</w:t>
            </w:r>
          </w:p>
          <w:p w14:paraId="5CA73392" w14:textId="00F2712E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24 Courthouse Square, Jasper, TN 37347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28,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12:00 PM Central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Elexis Foster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35" w:history="1">
              <w:r w:rsidR="005B1D91" w:rsidRPr="0034103A">
                <w:rPr>
                  <w:rStyle w:val="Hyperlink"/>
                  <w:bCs/>
                </w:rPr>
                <w:t>E</w:t>
              </w:r>
              <w:r w:rsidR="005B1D91" w:rsidRPr="0034103A">
                <w:rPr>
                  <w:rStyle w:val="Hyperlink"/>
                </w:rPr>
                <w:t>lexis.Foster@tn.gov</w:t>
              </w:r>
            </w:hyperlink>
            <w:r w:rsidR="005B1D91" w:rsidRPr="0034103A">
              <w:t xml:space="preserve"> </w:t>
            </w:r>
          </w:p>
        </w:tc>
      </w:tr>
      <w:tr w:rsidR="003252FD" w:rsidRPr="0034103A" w14:paraId="47DF0553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2F9EC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AADEC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Polk County Courthouse (Polk County)</w:t>
            </w:r>
          </w:p>
          <w:p w14:paraId="4BDF12BF" w14:textId="2FB60054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101 Main Street, Benton, TN 37307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21,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9:00 AM Eastern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Noa Lawson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36" w:history="1">
              <w:r w:rsidR="005B1D91" w:rsidRPr="0034103A">
                <w:rPr>
                  <w:rStyle w:val="Hyperlink"/>
                  <w:bCs/>
                </w:rPr>
                <w:t>N</w:t>
              </w:r>
              <w:r w:rsidR="005B1D91" w:rsidRPr="0034103A">
                <w:rPr>
                  <w:rStyle w:val="Hyperlink"/>
                </w:rPr>
                <w:t>oa.C.Lawson@tn.gov</w:t>
              </w:r>
            </w:hyperlink>
            <w:r w:rsidR="005B1D91" w:rsidRPr="0034103A">
              <w:t xml:space="preserve"> </w:t>
            </w:r>
          </w:p>
        </w:tc>
      </w:tr>
      <w:tr w:rsidR="003252FD" w:rsidRPr="0034103A" w14:paraId="3589D562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C161F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97C5B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Harris Park (Sequatchie County)</w:t>
            </w:r>
          </w:p>
          <w:p w14:paraId="35346169" w14:textId="79BC1F48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245 Cedar Street, Dunlap, TN 37327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16,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12:00 PM Central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Elexis Foster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37" w:history="1">
              <w:r w:rsidR="005B1D91" w:rsidRPr="0034103A">
                <w:rPr>
                  <w:rStyle w:val="Hyperlink"/>
                  <w:bCs/>
                </w:rPr>
                <w:t>E</w:t>
              </w:r>
              <w:r w:rsidR="005B1D91" w:rsidRPr="0034103A">
                <w:rPr>
                  <w:rStyle w:val="Hyperlink"/>
                </w:rPr>
                <w:t>lexis.Foster@tn.gov</w:t>
              </w:r>
            </w:hyperlink>
            <w:r w:rsidR="005B1D91" w:rsidRPr="0034103A">
              <w:t xml:space="preserve"> </w:t>
            </w:r>
          </w:p>
        </w:tc>
      </w:tr>
    </w:tbl>
    <w:p w14:paraId="4212F588" w14:textId="77777777" w:rsidR="003252FD" w:rsidRPr="0034103A" w:rsidRDefault="006E2961" w:rsidP="009B5436">
      <w:pPr>
        <w:pStyle w:val="Heading2"/>
        <w:pBdr>
          <w:bottom w:val="single" w:sz="4" w:space="1" w:color="D9D9D9" w:themeColor="background1" w:themeShade="D9"/>
        </w:pBdr>
      </w:pPr>
      <w:r w:rsidRPr="0034103A">
        <w:t>Upper Cumberland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70"/>
        <w:gridCol w:w="10602"/>
      </w:tblGrid>
      <w:tr w:rsidR="003252FD" w:rsidRPr="0034103A" w14:paraId="03E163D2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23D71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C0C7E" w14:textId="77777777" w:rsidR="003252FD" w:rsidRPr="0034103A" w:rsidRDefault="006E2961" w:rsidP="00DF6FF6">
            <w:pPr>
              <w:spacing w:before="240" w:after="100"/>
            </w:pPr>
            <w:r w:rsidRPr="0034103A">
              <w:rPr>
                <w:color w:val="0D4963"/>
                <w:sz w:val="28"/>
              </w:rPr>
              <w:t>Health and Safety Day (Clay County)</w:t>
            </w:r>
          </w:p>
          <w:p w14:paraId="07D7FBBE" w14:textId="2674F8C3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215 Arcot Rd, Celina, TN 38551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25,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9:00 AM Central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Sandy Swenson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38" w:history="1">
              <w:r w:rsidR="005B1D91" w:rsidRPr="0034103A">
                <w:rPr>
                  <w:rStyle w:val="Hyperlink"/>
                </w:rPr>
                <w:t>Sandy.Swenson@tn.gov</w:t>
              </w:r>
            </w:hyperlink>
            <w:r w:rsidR="005B1D91" w:rsidRPr="0034103A">
              <w:t xml:space="preserve"> </w:t>
            </w:r>
          </w:p>
        </w:tc>
      </w:tr>
    </w:tbl>
    <w:p w14:paraId="575ACE3D" w14:textId="77777777" w:rsidR="003252FD" w:rsidRPr="0034103A" w:rsidRDefault="006E2961" w:rsidP="009B5436">
      <w:pPr>
        <w:pStyle w:val="Heading2"/>
        <w:pBdr>
          <w:bottom w:val="single" w:sz="4" w:space="1" w:color="D9D9D9" w:themeColor="background1" w:themeShade="D9"/>
        </w:pBdr>
      </w:pPr>
      <w:r w:rsidRPr="0034103A">
        <w:t>West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70"/>
        <w:gridCol w:w="10602"/>
      </w:tblGrid>
      <w:tr w:rsidR="003252FD" w:rsidRPr="0034103A" w14:paraId="0EAC48E5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6CB9B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DE429" w14:textId="77777777" w:rsidR="003252FD" w:rsidRPr="0034103A" w:rsidRDefault="006E2961" w:rsidP="00DF6FF6">
            <w:pPr>
              <w:spacing w:before="240" w:after="100"/>
            </w:pPr>
            <w:r w:rsidRPr="0034103A">
              <w:rPr>
                <w:color w:val="0D4963"/>
                <w:sz w:val="28"/>
              </w:rPr>
              <w:t>Career Center (Carroll County)</w:t>
            </w:r>
          </w:p>
          <w:p w14:paraId="0986AD20" w14:textId="3BA04859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470 Mustang Drive, Huntingdon, TN 38344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15,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12:00 PM Central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Megan Webb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39" w:history="1">
              <w:r w:rsidR="005B1D91" w:rsidRPr="0034103A">
                <w:rPr>
                  <w:rStyle w:val="Hyperlink"/>
                  <w:bCs/>
                </w:rPr>
                <w:t>M</w:t>
              </w:r>
              <w:r w:rsidR="005B1D91" w:rsidRPr="0034103A">
                <w:rPr>
                  <w:rStyle w:val="Hyperlink"/>
                </w:rPr>
                <w:t>egan.Webb@tn.gov</w:t>
              </w:r>
            </w:hyperlink>
            <w:r w:rsidR="005B1D91" w:rsidRPr="0034103A">
              <w:t xml:space="preserve"> </w:t>
            </w:r>
          </w:p>
        </w:tc>
      </w:tr>
      <w:tr w:rsidR="003252FD" w:rsidRPr="0034103A" w14:paraId="31300106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52960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0F37B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Family Wellness Fair (Carroll County)</w:t>
            </w:r>
          </w:p>
          <w:p w14:paraId="7C49AAF2" w14:textId="17D0BD9D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633 High Street, Huntingdon, TN 38344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30,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4:00 PM Central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Megan Webb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40" w:history="1">
              <w:r w:rsidR="005B1D91" w:rsidRPr="0034103A">
                <w:rPr>
                  <w:rStyle w:val="Hyperlink"/>
                  <w:bCs/>
                </w:rPr>
                <w:t>M</w:t>
              </w:r>
              <w:r w:rsidR="005B1D91" w:rsidRPr="0034103A">
                <w:rPr>
                  <w:rStyle w:val="Hyperlink"/>
                </w:rPr>
                <w:t>egan.Webb@tn.gov</w:t>
              </w:r>
            </w:hyperlink>
            <w:r w:rsidR="005B1D91" w:rsidRPr="0034103A">
              <w:t xml:space="preserve"> </w:t>
            </w:r>
          </w:p>
        </w:tc>
      </w:tr>
      <w:tr w:rsidR="003252FD" w:rsidRPr="0034103A" w14:paraId="7E527A4C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40771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E3FBC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Dyer County Health Department (Dyer County)</w:t>
            </w:r>
          </w:p>
          <w:p w14:paraId="519FE64A" w14:textId="58DA615D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1755 Parr Ave, Dyersburg, TN 38024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30,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2:15 PM Central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Teresa Bryan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41" w:history="1">
              <w:r w:rsidR="005B1D91" w:rsidRPr="0034103A">
                <w:rPr>
                  <w:rStyle w:val="Hyperlink"/>
                  <w:bCs/>
                </w:rPr>
                <w:t>T</w:t>
              </w:r>
              <w:r w:rsidR="005B1D91" w:rsidRPr="0034103A">
                <w:rPr>
                  <w:rStyle w:val="Hyperlink"/>
                </w:rPr>
                <w:t>eresa.Bryan@tn.gov</w:t>
              </w:r>
            </w:hyperlink>
            <w:r w:rsidR="005B1D91" w:rsidRPr="0034103A">
              <w:t xml:space="preserve"> </w:t>
            </w:r>
          </w:p>
        </w:tc>
      </w:tr>
      <w:tr w:rsidR="003252FD" w:rsidRPr="0034103A" w14:paraId="657EF9DA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AB882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539A8" w14:textId="190C7FD9" w:rsidR="003252FD" w:rsidRPr="0034103A" w:rsidRDefault="006D4BDD">
            <w:pPr>
              <w:spacing w:after="100"/>
            </w:pPr>
            <w:r w:rsidRPr="0034103A">
              <w:rPr>
                <w:color w:val="0D4963"/>
                <w:sz w:val="28"/>
              </w:rPr>
              <w:t>McIver’s</w:t>
            </w:r>
            <w:r w:rsidR="006E2961" w:rsidRPr="0034103A">
              <w:rPr>
                <w:color w:val="0D4963"/>
                <w:sz w:val="28"/>
              </w:rPr>
              <w:t xml:space="preserve"> Grant Public Library (Dyer County)</w:t>
            </w:r>
          </w:p>
          <w:p w14:paraId="1CB1A120" w14:textId="405B53F5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 xml:space="preserve">410 W </w:t>
            </w:r>
            <w:r w:rsidR="00132F57" w:rsidRPr="0034103A">
              <w:t>Court Street</w:t>
            </w:r>
            <w:r w:rsidRPr="0034103A">
              <w:t xml:space="preserve">, </w:t>
            </w:r>
            <w:r w:rsidR="00132F57" w:rsidRPr="0034103A">
              <w:t>Dyersburg</w:t>
            </w:r>
            <w:r w:rsidRPr="0034103A">
              <w:t>, TN 38024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30,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10:30 AM Central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Teresa Bryan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42" w:history="1">
              <w:r w:rsidR="005B1D91" w:rsidRPr="0034103A">
                <w:rPr>
                  <w:rStyle w:val="Hyperlink"/>
                  <w:bCs/>
                </w:rPr>
                <w:t>T</w:t>
              </w:r>
              <w:r w:rsidR="005B1D91" w:rsidRPr="0034103A">
                <w:rPr>
                  <w:rStyle w:val="Hyperlink"/>
                </w:rPr>
                <w:t>eresa.Bryan@tn.gov</w:t>
              </w:r>
            </w:hyperlink>
            <w:r w:rsidR="005B1D91" w:rsidRPr="0034103A">
              <w:t xml:space="preserve"> </w:t>
            </w:r>
          </w:p>
        </w:tc>
      </w:tr>
      <w:tr w:rsidR="003252FD" w:rsidRPr="0034103A" w14:paraId="4DD55901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406FF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D4691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Eiffel Tower Park (Henry County)</w:t>
            </w:r>
          </w:p>
          <w:p w14:paraId="25191207" w14:textId="55C63951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1020 Maurice Fields Dr, Paris, TN 38242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August 4,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4:00 PM Central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Callie Pierce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43" w:history="1">
              <w:r w:rsidR="005B1D91" w:rsidRPr="0034103A">
                <w:rPr>
                  <w:rStyle w:val="Hyperlink"/>
                  <w:bCs/>
                </w:rPr>
                <w:t>C</w:t>
              </w:r>
              <w:r w:rsidR="005B1D91" w:rsidRPr="0034103A">
                <w:rPr>
                  <w:rStyle w:val="Hyperlink"/>
                </w:rPr>
                <w:t>allicott.Pierce@tn.gov</w:t>
              </w:r>
            </w:hyperlink>
            <w:r w:rsidR="005B1D91" w:rsidRPr="0034103A">
              <w:t xml:space="preserve"> </w:t>
            </w:r>
          </w:p>
        </w:tc>
      </w:tr>
      <w:tr w:rsidR="003252FD" w:rsidRPr="0034103A" w14:paraId="32776CEC" w14:textId="77777777" w:rsidTr="004D49E6">
        <w:trPr>
          <w:cantSplit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459A0" w14:textId="77777777" w:rsidR="003252FD" w:rsidRPr="0034103A" w:rsidRDefault="003252FD">
            <w:pPr>
              <w:spacing w:before="60"/>
            </w:pPr>
          </w:p>
        </w:tc>
        <w:tc>
          <w:tcPr>
            <w:tcW w:w="106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F15EE" w14:textId="77777777" w:rsidR="003252FD" w:rsidRPr="0034103A" w:rsidRDefault="006E2961">
            <w:pPr>
              <w:spacing w:after="100"/>
            </w:pPr>
            <w:r w:rsidRPr="0034103A">
              <w:rPr>
                <w:color w:val="0D4963"/>
                <w:sz w:val="28"/>
              </w:rPr>
              <w:t>Lauderdale County Health Department (Lauderdale County)</w:t>
            </w:r>
          </w:p>
          <w:p w14:paraId="4EE93E40" w14:textId="7E9172C4" w:rsidR="003252FD" w:rsidRPr="0034103A" w:rsidRDefault="006E2961">
            <w:pPr>
              <w:spacing w:line="252" w:lineRule="auto"/>
            </w:pPr>
            <w:r w:rsidRPr="0034103A">
              <w:rPr>
                <w:b/>
              </w:rPr>
              <w:t xml:space="preserve">Location: </w:t>
            </w:r>
            <w:r w:rsidRPr="0034103A">
              <w:t>500 U.S 51 S, Ripley, TN 38063</w:t>
            </w:r>
            <w:r w:rsidRPr="0034103A">
              <w:br/>
            </w:r>
            <w:r w:rsidRPr="0034103A">
              <w:rPr>
                <w:b/>
              </w:rPr>
              <w:t xml:space="preserve">Date: </w:t>
            </w:r>
            <w:r w:rsidRPr="0034103A">
              <w:t>July 20, 2026</w:t>
            </w:r>
            <w:r w:rsidRPr="0034103A">
              <w:br/>
            </w:r>
            <w:r w:rsidRPr="0034103A">
              <w:rPr>
                <w:b/>
              </w:rPr>
              <w:t xml:space="preserve">Time: </w:t>
            </w:r>
            <w:r w:rsidRPr="0034103A">
              <w:t>2:07 PM Central Time</w:t>
            </w:r>
            <w:r w:rsidRPr="0034103A">
              <w:br/>
            </w:r>
            <w:r w:rsidRPr="0034103A">
              <w:rPr>
                <w:b/>
              </w:rPr>
              <w:t xml:space="preserve">Contact: </w:t>
            </w:r>
            <w:r w:rsidRPr="0034103A">
              <w:t>Constance Bonds</w:t>
            </w:r>
            <w:r w:rsidRPr="0034103A">
              <w:br/>
            </w:r>
            <w:r w:rsidRPr="0034103A">
              <w:rPr>
                <w:b/>
              </w:rPr>
              <w:t xml:space="preserve">Email: </w:t>
            </w:r>
            <w:hyperlink r:id="rId44" w:history="1">
              <w:r w:rsidR="005B1D91" w:rsidRPr="0034103A">
                <w:rPr>
                  <w:rStyle w:val="Hyperlink"/>
                  <w:bCs/>
                </w:rPr>
                <w:t>C</w:t>
              </w:r>
              <w:r w:rsidR="005B1D91" w:rsidRPr="0034103A">
                <w:rPr>
                  <w:rStyle w:val="Hyperlink"/>
                </w:rPr>
                <w:t>onstance.Bonds@tn.gov</w:t>
              </w:r>
            </w:hyperlink>
            <w:r w:rsidR="005B1D91" w:rsidRPr="0034103A">
              <w:t xml:space="preserve"> </w:t>
            </w:r>
          </w:p>
          <w:p w14:paraId="65060194" w14:textId="77777777" w:rsidR="00DA22F0" w:rsidRPr="0034103A" w:rsidRDefault="00DA22F0">
            <w:pPr>
              <w:spacing w:line="252" w:lineRule="auto"/>
            </w:pPr>
          </w:p>
        </w:tc>
      </w:tr>
    </w:tbl>
    <w:p w14:paraId="2A9A71A0" w14:textId="77777777" w:rsidR="003252FD" w:rsidRPr="0034103A" w:rsidRDefault="006E2961" w:rsidP="006B070E">
      <w:pPr>
        <w:pStyle w:val="Heading2"/>
        <w:jc w:val="left"/>
      </w:pPr>
      <w:r w:rsidRPr="0034103A">
        <w:t>Questions?</w:t>
      </w:r>
    </w:p>
    <w:p w14:paraId="0205E371" w14:textId="2057EC5A" w:rsidR="003252FD" w:rsidRDefault="006E2961">
      <w:pPr>
        <w:spacing w:after="0"/>
      </w:pPr>
      <w:r w:rsidRPr="0034103A">
        <w:t xml:space="preserve">For questions regarding the Tennessee Red Sand Initiative, please contact </w:t>
      </w:r>
      <w:hyperlink r:id="rId45" w:history="1">
        <w:r w:rsidR="009B5436" w:rsidRPr="0034103A">
          <w:rPr>
            <w:rStyle w:val="Hyperlink"/>
            <w:b/>
            <w:bCs/>
          </w:rPr>
          <w:t>SPARK.health@tn.gov</w:t>
        </w:r>
      </w:hyperlink>
      <w:r w:rsidR="009B5436" w:rsidRPr="0034103A">
        <w:rPr>
          <w:b/>
          <w:bCs/>
        </w:rPr>
        <w:t xml:space="preserve">. </w:t>
      </w:r>
    </w:p>
    <w:sectPr w:rsidR="003252FD" w:rsidSect="00034616">
      <w:pgSz w:w="12240" w:h="15840"/>
      <w:pgMar w:top="648" w:right="720" w:bottom="720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25" type="#_x0000_t75" style="width:25.65pt;height:32.8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9355847">
    <w:abstractNumId w:val="8"/>
  </w:num>
  <w:num w:numId="2" w16cid:durableId="1994211158">
    <w:abstractNumId w:val="6"/>
  </w:num>
  <w:num w:numId="3" w16cid:durableId="794102122">
    <w:abstractNumId w:val="5"/>
  </w:num>
  <w:num w:numId="4" w16cid:durableId="1809587727">
    <w:abstractNumId w:val="4"/>
  </w:num>
  <w:num w:numId="5" w16cid:durableId="1471363940">
    <w:abstractNumId w:val="7"/>
  </w:num>
  <w:num w:numId="6" w16cid:durableId="846939223">
    <w:abstractNumId w:val="3"/>
  </w:num>
  <w:num w:numId="7" w16cid:durableId="29772046">
    <w:abstractNumId w:val="2"/>
  </w:num>
  <w:num w:numId="8" w16cid:durableId="2002346088">
    <w:abstractNumId w:val="1"/>
  </w:num>
  <w:num w:numId="9" w16cid:durableId="948507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documentProtection w:edit="readOnly" w:enforcement="1" w:cryptProviderType="rsaAES" w:cryptAlgorithmClass="hash" w:cryptAlgorithmType="typeAny" w:cryptAlgorithmSid="14" w:cryptSpinCount="100000" w:hash="eHqiby74B7nPiSPN75Jw9TTCZ+Ef9gqXv53Vk8uNnzYYiODTZKYs8prxVqV/AhBrQt/h9k4mrM6h4vNJdPhENw==" w:salt="yomswiLQVEU3UNslcW+qAw==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177C"/>
    <w:rsid w:val="0006063C"/>
    <w:rsid w:val="000D4978"/>
    <w:rsid w:val="00132F57"/>
    <w:rsid w:val="0015074B"/>
    <w:rsid w:val="001C279F"/>
    <w:rsid w:val="002200FA"/>
    <w:rsid w:val="00253391"/>
    <w:rsid w:val="0029639D"/>
    <w:rsid w:val="00310584"/>
    <w:rsid w:val="003252FD"/>
    <w:rsid w:val="00326F90"/>
    <w:rsid w:val="0034103A"/>
    <w:rsid w:val="0043330D"/>
    <w:rsid w:val="004D49E6"/>
    <w:rsid w:val="0055059E"/>
    <w:rsid w:val="005B1D91"/>
    <w:rsid w:val="006A2651"/>
    <w:rsid w:val="006B070E"/>
    <w:rsid w:val="006B139C"/>
    <w:rsid w:val="006D4BDD"/>
    <w:rsid w:val="006E2961"/>
    <w:rsid w:val="007E3D8F"/>
    <w:rsid w:val="008D0752"/>
    <w:rsid w:val="009265C9"/>
    <w:rsid w:val="009A34E5"/>
    <w:rsid w:val="009B5436"/>
    <w:rsid w:val="009D4113"/>
    <w:rsid w:val="00AA1D8D"/>
    <w:rsid w:val="00AB71D2"/>
    <w:rsid w:val="00B47730"/>
    <w:rsid w:val="00C80D1A"/>
    <w:rsid w:val="00CB0664"/>
    <w:rsid w:val="00CC7C3F"/>
    <w:rsid w:val="00DA22F0"/>
    <w:rsid w:val="00DF6FF6"/>
    <w:rsid w:val="00EF7E80"/>
    <w:rsid w:val="00FC693F"/>
    <w:rsid w:val="00FF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3294D3"/>
  <w14:defaultImageDpi w14:val="300"/>
  <w15:docId w15:val="{824CD062-1247-463D-B7ED-CAA5CB1A3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279F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279F"/>
    <w:pPr>
      <w:keepNext/>
      <w:keepLines/>
      <w:spacing w:before="200" w:after="0"/>
      <w:jc w:val="center"/>
      <w:outlineLvl w:val="1"/>
    </w:pPr>
    <w:rPr>
      <w:rFonts w:eastAsiaTheme="majorEastAsia" w:cstheme="majorBidi"/>
      <w:b/>
      <w:bCs/>
      <w:color w:val="365F91" w:themeColor="accent1" w:themeShade="BF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C279F"/>
    <w:rPr>
      <w:rFonts w:ascii="Arial" w:eastAsiaTheme="majorEastAsia" w:hAnsi="Arial" w:cstheme="majorBidi"/>
      <w:b/>
      <w:bCs/>
      <w:color w:val="365F91" w:themeColor="accent1" w:themeShade="BF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C279F"/>
    <w:rPr>
      <w:rFonts w:ascii="Arial" w:eastAsiaTheme="majorEastAsia" w:hAnsi="Arial" w:cstheme="majorBidi"/>
      <w:b/>
      <w:bCs/>
      <w:color w:val="365F91" w:themeColor="accent1" w:themeShade="BF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A22F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22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endal.Baxter@tn.gov" TargetMode="External"/><Relationship Id="rId18" Type="http://schemas.openxmlformats.org/officeDocument/2006/relationships/hyperlink" Target="mailto:Pooja.Chandelkar@tn.gov" TargetMode="External"/><Relationship Id="rId26" Type="http://schemas.openxmlformats.org/officeDocument/2006/relationships/hyperlink" Target="mailto:Anna.Carpenter@tn.gov" TargetMode="External"/><Relationship Id="rId39" Type="http://schemas.openxmlformats.org/officeDocument/2006/relationships/hyperlink" Target="mailto:Megan.Webb@tn.gov" TargetMode="External"/><Relationship Id="rId21" Type="http://schemas.openxmlformats.org/officeDocument/2006/relationships/hyperlink" Target="mailto:Pooja.Chandelkar@tn.gov" TargetMode="External"/><Relationship Id="rId34" Type="http://schemas.openxmlformats.org/officeDocument/2006/relationships/hyperlink" Target="mailto:Beth.Blevins@tn.gov" TargetMode="External"/><Relationship Id="rId42" Type="http://schemas.openxmlformats.org/officeDocument/2006/relationships/hyperlink" Target="mailto:Teresa.Bryan@tn.gov" TargetMode="External"/><Relationship Id="rId47" Type="http://schemas.openxmlformats.org/officeDocument/2006/relationships/theme" Target="theme/theme1.xml"/><Relationship Id="rId7" Type="http://schemas.openxmlformats.org/officeDocument/2006/relationships/hyperlink" Target="mailto:Jeanne.Beffrey@tn.gov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haveka.brown@shebycountytn.gov" TargetMode="External"/><Relationship Id="rId29" Type="http://schemas.openxmlformats.org/officeDocument/2006/relationships/hyperlink" Target="mailto:Jennifer.Witham@tn.gov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Cori.Depew@tn.gov" TargetMode="External"/><Relationship Id="rId11" Type="http://schemas.openxmlformats.org/officeDocument/2006/relationships/hyperlink" Target="mailto:Matilyn.Lands2@tn.gov" TargetMode="External"/><Relationship Id="rId24" Type="http://schemas.openxmlformats.org/officeDocument/2006/relationships/hyperlink" Target="mailto:Sonya.A.Winkle@tn.gov" TargetMode="External"/><Relationship Id="rId32" Type="http://schemas.openxmlformats.org/officeDocument/2006/relationships/hyperlink" Target="mailto:Jennifer.Witham@tn.gov" TargetMode="External"/><Relationship Id="rId37" Type="http://schemas.openxmlformats.org/officeDocument/2006/relationships/hyperlink" Target="mailto:Elexis.Foster@tn.gov" TargetMode="External"/><Relationship Id="rId40" Type="http://schemas.openxmlformats.org/officeDocument/2006/relationships/hyperlink" Target="mailto:Megan.Webb@tn.gov" TargetMode="External"/><Relationship Id="rId45" Type="http://schemas.openxmlformats.org/officeDocument/2006/relationships/hyperlink" Target="mailto:SPARK.health@tn.go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haleigh@restorecorps.org" TargetMode="External"/><Relationship Id="rId23" Type="http://schemas.openxmlformats.org/officeDocument/2006/relationships/hyperlink" Target="mailto:Sonya.A.Winkle@tn.gov" TargetMode="External"/><Relationship Id="rId28" Type="http://schemas.openxmlformats.org/officeDocument/2006/relationships/hyperlink" Target="mailto:Anna.Carpenter@tn.gov" TargetMode="External"/><Relationship Id="rId36" Type="http://schemas.openxmlformats.org/officeDocument/2006/relationships/hyperlink" Target="mailto:Noa.C.Lawson@tn.gov" TargetMode="External"/><Relationship Id="rId10" Type="http://schemas.openxmlformats.org/officeDocument/2006/relationships/hyperlink" Target="mailto:Matilyn.Lands2@tn.gov" TargetMode="External"/><Relationship Id="rId19" Type="http://schemas.openxmlformats.org/officeDocument/2006/relationships/hyperlink" Target="mailto:Renee.Bruens@tn.gov" TargetMode="External"/><Relationship Id="rId31" Type="http://schemas.openxmlformats.org/officeDocument/2006/relationships/hyperlink" Target="mailto:Heather.Hinson@tn.gov" TargetMode="External"/><Relationship Id="rId44" Type="http://schemas.openxmlformats.org/officeDocument/2006/relationships/hyperlink" Target="mailto:Constance.Bonds@tn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tilyn.Lands2@tn.gov" TargetMode="External"/><Relationship Id="rId14" Type="http://schemas.openxmlformats.org/officeDocument/2006/relationships/hyperlink" Target="mailto:Anna.Cooksey@tn.gov" TargetMode="External"/><Relationship Id="rId22" Type="http://schemas.openxmlformats.org/officeDocument/2006/relationships/hyperlink" Target="mailto:Pooja.Chandelkar@tn.gov" TargetMode="External"/><Relationship Id="rId27" Type="http://schemas.openxmlformats.org/officeDocument/2006/relationships/hyperlink" Target="mailto:Anna.Carpenter@tn.gov" TargetMode="External"/><Relationship Id="rId30" Type="http://schemas.openxmlformats.org/officeDocument/2006/relationships/hyperlink" Target="mailto:Savannah.Jenkins@tn.gov" TargetMode="External"/><Relationship Id="rId35" Type="http://schemas.openxmlformats.org/officeDocument/2006/relationships/hyperlink" Target="mailto:Elexis.Foster@tn.gov" TargetMode="External"/><Relationship Id="rId43" Type="http://schemas.openxmlformats.org/officeDocument/2006/relationships/hyperlink" Target="mailto:Callicott.Pierce@tn.gov" TargetMode="External"/><Relationship Id="rId8" Type="http://schemas.openxmlformats.org/officeDocument/2006/relationships/hyperlink" Target="mailto:Jeanne.Beffrey@tn.gov" TargetMode="External"/><Relationship Id="rId3" Type="http://schemas.openxmlformats.org/officeDocument/2006/relationships/styles" Target="styles.xml"/><Relationship Id="rId12" Type="http://schemas.openxmlformats.org/officeDocument/2006/relationships/hyperlink" Target="mailto:Kendal.Baxter@tn.gov" TargetMode="External"/><Relationship Id="rId17" Type="http://schemas.openxmlformats.org/officeDocument/2006/relationships/hyperlink" Target="mailto:Pooja.Chandelkar@tn.gov" TargetMode="External"/><Relationship Id="rId25" Type="http://schemas.openxmlformats.org/officeDocument/2006/relationships/hyperlink" Target="mailto:Angela.R.Stout@tn.gov" TargetMode="External"/><Relationship Id="rId33" Type="http://schemas.openxmlformats.org/officeDocument/2006/relationships/hyperlink" Target="mailto:Noa.C.Lawson@tn.gov" TargetMode="External"/><Relationship Id="rId38" Type="http://schemas.openxmlformats.org/officeDocument/2006/relationships/hyperlink" Target="mailto:Sandy.Swenson@tn.gov" TargetMode="External"/><Relationship Id="rId46" Type="http://schemas.openxmlformats.org/officeDocument/2006/relationships/fontTable" Target="fontTable.xml"/><Relationship Id="rId20" Type="http://schemas.openxmlformats.org/officeDocument/2006/relationships/hyperlink" Target="mailto:Pooja.Chandelkar@tn.gov" TargetMode="External"/><Relationship Id="rId41" Type="http://schemas.openxmlformats.org/officeDocument/2006/relationships/hyperlink" Target="mailto:Teresa.Bryan@tn.go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1473</Words>
  <Characters>8398</Characters>
  <Application>Microsoft Office Word</Application>
  <DocSecurity>10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>2026 Tennessee Red Sand Initiative Event Details</vt:lpstr>
      <vt:lpstr>    East</vt:lpstr>
      <vt:lpstr>    Metros</vt:lpstr>
      <vt:lpstr>    Mid-Cumberland</vt:lpstr>
      <vt:lpstr>    Northeast</vt:lpstr>
      <vt:lpstr>    South Central</vt:lpstr>
      <vt:lpstr>    Southeast</vt:lpstr>
      <vt:lpstr>    Upper Cumberland</vt:lpstr>
      <vt:lpstr>    West</vt:lpstr>
      <vt:lpstr>    Questions?</vt:lpstr>
    </vt:vector>
  </TitlesOfParts>
  <Manager/>
  <Company/>
  <LinksUpToDate>false</LinksUpToDate>
  <CharactersWithSpaces>9852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Tennessee Red Sand Initiative Event Details</dc:title>
  <dc:subject>Schedule and locations for Tennessee Red Sand Project Initiative outreach events</dc:subject>
  <dc:creator>Tennessee Department of Health</dc:creator>
  <cp:keywords>Red Sand Initiative, human trafficking prevention, Tennessee Department of Health, TDH, SPARK, community outreach, event schedule, county events, July 2026, public health, awareness campaign</cp:keywords>
  <dc:description/>
  <cp:lastModifiedBy>Takiesha C. Destine</cp:lastModifiedBy>
  <cp:revision>19</cp:revision>
  <dcterms:created xsi:type="dcterms:W3CDTF">2026-07-08T16:57:00Z</dcterms:created>
  <dcterms:modified xsi:type="dcterms:W3CDTF">2026-07-08T17:52:00Z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1a533716-6788-4e38-9b6b-190c7a75eaa0</vt:lpwstr>
  </property>
</Properties>
</file>